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30084675" w:rsidRDefault="30084675" w14:paraId="24949A50" w14:textId="5D5C2942"/>
    <w:p w:rsidR="30084675" w:rsidRDefault="30084675" w14:paraId="37A9670F" w14:textId="74BCB26F"/>
    <w:p w:rsidR="30084675" w:rsidP="30084675" w:rsidRDefault="30084675" w14:paraId="2E73A4BD" w14:textId="5C28F5E2">
      <w:pPr>
        <w:pStyle w:val="Normal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67"/>
        <w:gridCol w:w="4167"/>
        <w:gridCol w:w="4167"/>
        <w:gridCol w:w="4167"/>
      </w:tblGrid>
      <w:tr xmlns:wp14="http://schemas.microsoft.com/office/word/2010/wordml" w:rsidTr="30084675" w14:paraId="2C8290FA" wp14:textId="77777777"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:rsidR="30084675" w:rsidP="30084675" w:rsidRDefault="30084675" w14:paraId="5D02E7DE" w14:textId="3899009D">
            <w:pPr>
              <w:jc w:val="center"/>
              <w:rPr>
                <w:b w:val="1"/>
                <w:bCs w:val="1"/>
                <w:sz w:val="32"/>
                <w:szCs w:val="32"/>
              </w:rPr>
            </w:pPr>
          </w:p>
          <w:p w14:paraId="20DCCCCA" wp14:textId="7A4660B0">
            <w:pPr>
              <w:jc w:val="center"/>
            </w:pPr>
            <w:r w:rsidRPr="30084675" w:rsidR="30084675">
              <w:rPr>
                <w:b w:val="1"/>
                <w:bCs w:val="1"/>
                <w:sz w:val="32"/>
                <w:szCs w:val="32"/>
              </w:rPr>
              <w:t>희망</w:t>
            </w:r>
            <w:r>
              <w:br/>
            </w:r>
            <w:r w:rsidRPr="30084675" w:rsidR="30084675">
              <w:rPr>
                <w:b w:val="1"/>
                <w:bCs w:val="1"/>
                <w:sz w:val="32"/>
                <w:szCs w:val="32"/>
              </w:rPr>
              <w:t>hope</w:t>
            </w:r>
            <w:r>
              <w:br/>
            </w:r>
            <w:r w:rsidRPr="30084675" w:rsidR="30084675">
              <w:rPr>
                <w:b w:val="1"/>
                <w:bCs w:val="1"/>
                <w:sz w:val="32"/>
                <w:szCs w:val="32"/>
              </w:rPr>
              <w:t>Hoffnung</w:t>
            </w:r>
          </w:p>
          <w:p w:rsidP="30084675" w14:paraId="107C9704" wp14:textId="7B112C4B">
            <w:pPr>
              <w:jc w:val="center"/>
              <w:rPr>
                <w:b w:val="1"/>
                <w:bCs w:val="1"/>
                <w:sz w:val="32"/>
                <w:szCs w:val="32"/>
              </w:rPr>
            </w:pP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46B2B651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4B2CEB63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0AF68775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</w:tr>
      <w:tr xmlns:wp14="http://schemas.microsoft.com/office/word/2010/wordml" w:rsidTr="30084675" w14:paraId="2A441368" wp14:textId="77777777"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:rsidR="30084675" w:rsidP="30084675" w:rsidRDefault="30084675" w14:paraId="63003AB3" w14:textId="688C9AC2">
            <w:pPr>
              <w:jc w:val="center"/>
              <w:rPr>
                <w:b w:val="1"/>
                <w:bCs w:val="1"/>
                <w:sz w:val="32"/>
                <w:szCs w:val="32"/>
              </w:rPr>
            </w:pPr>
          </w:p>
          <w:p w14:paraId="5E0598CC" wp14:textId="34923294">
            <w:pPr>
              <w:jc w:val="center"/>
            </w:pPr>
            <w:r w:rsidRPr="30084675" w:rsidR="30084675">
              <w:rPr>
                <w:b w:val="1"/>
                <w:bCs w:val="1"/>
                <w:sz w:val="32"/>
                <w:szCs w:val="32"/>
              </w:rPr>
              <w:t>희망</w:t>
            </w:r>
            <w:r>
              <w:br/>
            </w:r>
            <w:r w:rsidRPr="30084675" w:rsidR="30084675">
              <w:rPr>
                <w:b w:val="1"/>
                <w:bCs w:val="1"/>
                <w:sz w:val="32"/>
                <w:szCs w:val="32"/>
              </w:rPr>
              <w:t>hope</w:t>
            </w:r>
            <w:r>
              <w:br/>
            </w:r>
            <w:r w:rsidRPr="30084675" w:rsidR="30084675">
              <w:rPr>
                <w:b w:val="1"/>
                <w:bCs w:val="1"/>
                <w:sz w:val="32"/>
                <w:szCs w:val="32"/>
              </w:rPr>
              <w:t>Hoffnung</w:t>
            </w:r>
          </w:p>
          <w:p w:rsidP="30084675" w14:paraId="3463EF74" wp14:textId="0E38FFA7">
            <w:pPr>
              <w:jc w:val="center"/>
              <w:rPr>
                <w:b w:val="1"/>
                <w:bCs w:val="1"/>
                <w:sz w:val="32"/>
                <w:szCs w:val="32"/>
              </w:rPr>
            </w:pP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4A31E624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4E6D34FB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1D654C82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</w:tr>
      <w:tr xmlns:wp14="http://schemas.microsoft.com/office/word/2010/wordml" w:rsidTr="30084675" w14:paraId="4E868504" wp14:textId="77777777"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:rsidR="30084675" w:rsidP="30084675" w:rsidRDefault="30084675" w14:paraId="11F5BA87" w14:textId="0F30896D">
            <w:pPr>
              <w:jc w:val="center"/>
              <w:rPr>
                <w:b w:val="1"/>
                <w:bCs w:val="1"/>
                <w:sz w:val="32"/>
                <w:szCs w:val="32"/>
              </w:rPr>
            </w:pPr>
          </w:p>
          <w:p w14:paraId="0B5A2295" wp14:textId="5B065260">
            <w:pPr>
              <w:jc w:val="center"/>
            </w:pPr>
            <w:r w:rsidRPr="30084675" w:rsidR="30084675">
              <w:rPr>
                <w:b w:val="1"/>
                <w:bCs w:val="1"/>
                <w:sz w:val="32"/>
                <w:szCs w:val="32"/>
              </w:rPr>
              <w:t>희망</w:t>
            </w:r>
            <w:r>
              <w:br/>
            </w:r>
            <w:r w:rsidRPr="30084675" w:rsidR="30084675">
              <w:rPr>
                <w:b w:val="1"/>
                <w:bCs w:val="1"/>
                <w:sz w:val="32"/>
                <w:szCs w:val="32"/>
              </w:rPr>
              <w:t>hope</w:t>
            </w:r>
            <w:r>
              <w:br/>
            </w:r>
            <w:r w:rsidRPr="30084675" w:rsidR="30084675">
              <w:rPr>
                <w:b w:val="1"/>
                <w:bCs w:val="1"/>
                <w:sz w:val="32"/>
                <w:szCs w:val="32"/>
              </w:rPr>
              <w:t>Hoffnung</w:t>
            </w:r>
          </w:p>
          <w:p w:rsidP="30084675" w14:paraId="67BC425E" wp14:textId="6A07C473">
            <w:pPr>
              <w:jc w:val="center"/>
              <w:rPr>
                <w:b w:val="1"/>
                <w:bCs w:val="1"/>
                <w:sz w:val="32"/>
                <w:szCs w:val="32"/>
              </w:rPr>
            </w:pP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2A760174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3DD8552A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  <w:tc>
          <w:tcPr>
            <w:tcW w:w="4167" w:type="dxa"/>
            <w:tcBorders>
              <w:top w:val="dashed" w:color="888888" w:sz="10"/>
              <w:left w:val="dashed" w:color="888888" w:sz="10"/>
              <w:bottom w:val="dashed" w:color="888888" w:sz="10"/>
              <w:right w:val="dashed" w:color="888888" w:sz="10"/>
            </w:tcBorders>
            <w:tcMar/>
            <w:vAlign w:val="center"/>
            <w:tcBorders>
              <w:top w:val="dashed" w:color="888888" w:sz="10"/>
              <w:bottom w:val="dashed" w:color="888888" w:sz="10"/>
              <w:left w:val="dashed" w:color="888888" w:sz="10"/>
              <w:right w:val="dashed" w:color="888888" w:sz="10"/>
            </w:tcBorders>
          </w:tcPr>
          <w:p w14:paraId="6BFFBEC3" wp14:textId="77777777">
            <w:pPr>
              <w:jc w:val="center"/>
            </w:pPr>
            <w:r>
              <w:rPr>
                <w:b/>
                <w:sz w:val="32"/>
              </w:rPr>
              <w:t>희망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hope</w:t>
            </w:r>
            <w:r>
              <w:rPr>
                <w:b/>
                <w:sz w:val="32"/>
              </w:rPr>
              <w:br/>
            </w:r>
            <w:r>
              <w:rPr>
                <w:b/>
                <w:sz w:val="32"/>
              </w:rPr>
              <w:t>Hoffnung</w:t>
            </w:r>
          </w:p>
        </w:tc>
      </w:tr>
    </w:tbl>
    <w:sectPr w:rsidRPr="0006063C" w:rsidR="00FC693F" w:rsidSect="00034616">
      <w:pgSz w:w="16838" w:h="11906" w:orient="landscape"/>
      <w:pgMar w:top="85" w:right="85" w:bottom="85" w:left="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0084675"/>
    <w:rsid w:val="47EEC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B85B6B01-2E3E-486E-8818-0FADC14DE6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McCormick, Eleanor</dc:creator>
  <keywords/>
  <dc:description>generated by python-docx</dc:description>
  <lastModifiedBy>McCormick, Eleanor</lastModifiedBy>
  <revision>2</revision>
  <dcterms:created xsi:type="dcterms:W3CDTF">2026-09-07T06:11:55.4820048Z</dcterms:created>
  <dcterms:modified xsi:type="dcterms:W3CDTF">2026-09-07T06:14:16.9983530Z</dcterms:modified>
  <category/>
</coreProperties>
</file>